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4B0C6" w14:textId="2E3F91D2" w:rsidR="006237E8" w:rsidRPr="00FC6FFD" w:rsidRDefault="00FC6FFD" w:rsidP="004D7DE5">
      <w:pPr>
        <w:jc w:val="center"/>
        <w:rPr>
          <w:rFonts w:ascii="Times New Roman" w:hAnsi="Times New Roman" w:cs="Times New Roman"/>
          <w:sz w:val="28"/>
          <w:szCs w:val="28"/>
        </w:rPr>
      </w:pPr>
      <w:r w:rsidRPr="00FC6FFD">
        <w:rPr>
          <w:rFonts w:ascii="Times New Roman" w:hAnsi="Times New Roman" w:cs="Times New Roman"/>
          <w:sz w:val="28"/>
          <w:szCs w:val="28"/>
        </w:rPr>
        <w:t>TO THE HONORABLE JUDGE OF THE [NAME OF THE COURT]</w:t>
      </w:r>
      <w:r w:rsidR="00000000" w:rsidRPr="00FC6FFD">
        <w:rPr>
          <w:rFonts w:ascii="Times New Roman" w:hAnsi="Times New Roman" w:cs="Times New Roman"/>
          <w:sz w:val="28"/>
          <w:szCs w:val="28"/>
        </w:rPr>
        <w:br/>
      </w:r>
    </w:p>
    <w:p w14:paraId="61A3352A" w14:textId="77777777" w:rsidR="004D7DE5" w:rsidRPr="00FC6FFD" w:rsidRDefault="004D7DE5">
      <w:pPr>
        <w:rPr>
          <w:rFonts w:ascii="Times New Roman" w:hAnsi="Times New Roman" w:cs="Times New Roman"/>
          <w:sz w:val="24"/>
          <w:szCs w:val="24"/>
        </w:rPr>
      </w:pPr>
    </w:p>
    <w:p w14:paraId="154D6726" w14:textId="77777777" w:rsidR="00FC6FFD" w:rsidRPr="00FC6FFD" w:rsidRDefault="00FC6FFD" w:rsidP="00FC6FFD">
      <w:pPr>
        <w:rPr>
          <w:rFonts w:ascii="Times New Roman" w:hAnsi="Times New Roman" w:cs="Times New Roman"/>
          <w:sz w:val="24"/>
          <w:szCs w:val="24"/>
        </w:rPr>
      </w:pPr>
      <w:r w:rsidRPr="00FC6FFD">
        <w:rPr>
          <w:rFonts w:ascii="Times New Roman" w:hAnsi="Times New Roman" w:cs="Times New Roman"/>
          <w:sz w:val="24"/>
          <w:szCs w:val="24"/>
        </w:rPr>
        <w:t>As I am experiencing financial hardship, I am unable to afford the costs of legal proceedings. Therefore, pursuant to Articles 334 et seq. of the Turkish Code of Civil Procedure (Law No. 6100), I respectfully request that I be granted legal aid and exempted from court costs.</w:t>
      </w:r>
    </w:p>
    <w:p w14:paraId="557AD79F" w14:textId="77777777" w:rsidR="00FC6FFD" w:rsidRPr="00FC6FFD" w:rsidRDefault="00FC6FFD" w:rsidP="00FC6FFD">
      <w:pPr>
        <w:rPr>
          <w:rFonts w:ascii="Times New Roman" w:hAnsi="Times New Roman" w:cs="Times New Roman"/>
          <w:sz w:val="24"/>
          <w:szCs w:val="24"/>
        </w:rPr>
      </w:pPr>
    </w:p>
    <w:p w14:paraId="23B3C6B1" w14:textId="2B49ADC7" w:rsidR="00FC6FFD" w:rsidRPr="00FC6FFD" w:rsidRDefault="00FC6FFD" w:rsidP="00FC6FFD">
      <w:pPr>
        <w:rPr>
          <w:rFonts w:ascii="Times New Roman" w:hAnsi="Times New Roman" w:cs="Times New Roman"/>
          <w:sz w:val="24"/>
          <w:szCs w:val="24"/>
        </w:rPr>
      </w:pPr>
      <w:r w:rsidRPr="00FC6FFD">
        <w:rPr>
          <w:rFonts w:ascii="Times New Roman" w:hAnsi="Times New Roman" w:cs="Times New Roman"/>
          <w:b/>
          <w:bCs/>
          <w:sz w:val="24"/>
          <w:szCs w:val="24"/>
        </w:rPr>
        <w:t>Date:</w:t>
      </w:r>
      <w:r w:rsidRPr="00FC6FFD">
        <w:rPr>
          <w:rFonts w:ascii="Times New Roman" w:hAnsi="Times New Roman" w:cs="Times New Roman"/>
          <w:sz w:val="24"/>
          <w:szCs w:val="24"/>
        </w:rPr>
        <w:t xml:space="preserve"> …… / …… / 20……</w:t>
      </w:r>
    </w:p>
    <w:p w14:paraId="49F7C3A4" w14:textId="01656E6B" w:rsidR="00FC6FFD" w:rsidRPr="00FC6FFD" w:rsidRDefault="00FC6FFD" w:rsidP="00FC6FFD">
      <w:pPr>
        <w:rPr>
          <w:rFonts w:ascii="Times New Roman" w:hAnsi="Times New Roman" w:cs="Times New Roman"/>
          <w:sz w:val="24"/>
          <w:szCs w:val="24"/>
        </w:rPr>
      </w:pPr>
      <w:r w:rsidRPr="00FC6FFD">
        <w:rPr>
          <w:rFonts w:ascii="Times New Roman" w:hAnsi="Times New Roman" w:cs="Times New Roman"/>
          <w:b/>
          <w:bCs/>
          <w:sz w:val="24"/>
          <w:szCs w:val="24"/>
        </w:rPr>
        <w:t>Full Name:</w:t>
      </w:r>
      <w:r w:rsidRPr="00FC6FFD">
        <w:rPr>
          <w:rFonts w:ascii="Times New Roman" w:hAnsi="Times New Roman" w:cs="Times New Roman"/>
          <w:sz w:val="24"/>
          <w:szCs w:val="24"/>
        </w:rPr>
        <w:t xml:space="preserve"> ……………………………………</w:t>
      </w:r>
    </w:p>
    <w:p w14:paraId="6BBAF53D" w14:textId="4119447E" w:rsidR="006237E8" w:rsidRPr="00FC6FFD" w:rsidRDefault="00FC6FFD" w:rsidP="00FC6FF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C6FFD">
        <w:rPr>
          <w:rFonts w:ascii="Times New Roman" w:hAnsi="Times New Roman" w:cs="Times New Roman"/>
          <w:b/>
          <w:bCs/>
          <w:sz w:val="24"/>
          <w:szCs w:val="24"/>
        </w:rPr>
        <w:t>Signature:</w:t>
      </w:r>
    </w:p>
    <w:sectPr w:rsidR="006237E8" w:rsidRPr="00FC6FF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9888915">
    <w:abstractNumId w:val="8"/>
  </w:num>
  <w:num w:numId="2" w16cid:durableId="1458988696">
    <w:abstractNumId w:val="6"/>
  </w:num>
  <w:num w:numId="3" w16cid:durableId="1880555959">
    <w:abstractNumId w:val="5"/>
  </w:num>
  <w:num w:numId="4" w16cid:durableId="1548058168">
    <w:abstractNumId w:val="4"/>
  </w:num>
  <w:num w:numId="5" w16cid:durableId="914051674">
    <w:abstractNumId w:val="7"/>
  </w:num>
  <w:num w:numId="6" w16cid:durableId="660230640">
    <w:abstractNumId w:val="3"/>
  </w:num>
  <w:num w:numId="7" w16cid:durableId="1459227815">
    <w:abstractNumId w:val="2"/>
  </w:num>
  <w:num w:numId="8" w16cid:durableId="633758118">
    <w:abstractNumId w:val="1"/>
  </w:num>
  <w:num w:numId="9" w16cid:durableId="759107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D7DE5"/>
    <w:rsid w:val="005E65FA"/>
    <w:rsid w:val="006237E8"/>
    <w:rsid w:val="006727DB"/>
    <w:rsid w:val="00AA1D8D"/>
    <w:rsid w:val="00B47730"/>
    <w:rsid w:val="00CB0664"/>
    <w:rsid w:val="00FC693F"/>
    <w:rsid w:val="00FC6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4FADC9"/>
  <w14:defaultImageDpi w14:val="300"/>
  <w15:docId w15:val="{FF1AB724-A877-4EA1-AD8E-8042102C1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Cosmoons Creative</cp:lastModifiedBy>
  <cp:revision>4</cp:revision>
  <dcterms:created xsi:type="dcterms:W3CDTF">2013-12-23T23:15:00Z</dcterms:created>
  <dcterms:modified xsi:type="dcterms:W3CDTF">2026-11-06T12:04:00Z</dcterms:modified>
  <cp:category/>
</cp:coreProperties>
</file>